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Final project letter</w:t>
      </w:r>
    </w:p>
    <w:p>
      <w:pPr>
        <w:pStyle w:val="Subtitle"/>
      </w:pPr>
      <w:r>
        <w:t>Draft for applicable own qualification programs</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 Use when a final project or equivalent academic work must be documented for your case.</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was awarded [exact qualification title] on [award date].</w:t>
      </w:r>
    </w:p>
    <w:p>
      <w:pPr/>
      <w:r>
        <w:t>As part of this program, the graduate completed [type of final project, thesis, dissertation or other documented academic work], titled [exact title]. The work was [individual or group; identify the graduate's assessed contribution where relevant].</w:t>
      </w:r>
    </w:p>
    <w:p>
      <w:pPr/>
      <w:r>
        <w:t>The work addressed [brief factual description of the subject, research question or applied task]. It was supervised by [name, title and department, if applicable] and assessed through [documented assessment or examination method].</w:t>
      </w:r>
    </w:p>
    <w:p>
      <w:pPr/>
      <w:r>
        <w:t>The work was approved or passed on [date], with the recorded result [result or grade, if applicable]. It carried [documented credit or workload value, if applicable] within the program.</w:t>
      </w:r>
    </w:p>
    <w:p>
      <w:pPr/>
      <w:r>
        <w:t>The record supporting this statement is [project approval, assessment record, transcript entry or other official evidence]. A public repository record is available at [direct URL, if applicable]. [If access is restricted, state the access or verification arrangement.]</w:t>
      </w:r>
    </w:p>
    <w:p>
      <w:pPr/>
      <w:r>
        <w:t>[If the program used another form of culminating work, describe it accurately and the institutional basis for its role. If no such work was completed, do not issue a letter asserting otherwise; ask the reviewing team what evidence is needed.]</w:t>
      </w:r>
    </w:p>
    <w:p>
      <w:pPr>
        <w:keepLines/>
        <w:spacing w:before="140"/>
      </w:pPr>
      <w:r>
        <w:t>[Authorized signature]</w:t>
        <w:br/>
        <w:t>[Name and title of authorized official]</w:t>
        <w:br/>
        <w:t>[Office or department]</w:t>
        <w:br/>
        <w:t>[Official institutional email and telephone for verification]</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project letter</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