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Field of knowledge letter</w:t>
      </w:r>
    </w:p>
    <w:p>
      <w:pPr>
        <w:pStyle w:val="Subtitle"/>
      </w:pPr>
      <w:r>
        <w:t>Draft for the awarding university</w:t>
      </w:r>
    </w:p>
    <w:p>
      <w:pPr>
        <w:spacing w:after="240"/>
      </w:pPr>
      <w:r>
        <w:rPr>
          <w:sz w:val="18"/>
        </w:rPr>
        <w:t>University instructions: Adapt and verify every statement against institutional records. Replace all brackets, remove unused clauses and these instructions, and issue on official letterhead with an authorized signature, date and official email for verification. The applicant must not self-certify this letter.</w:t>
      </w:r>
    </w:p>
    <w:p>
      <w:pPr>
        <w:spacing w:after="100"/>
      </w:pPr>
      <w:r>
        <w:rPr>
          <w:sz w:val="20"/>
        </w:rPr>
        <w:t>[Official university letterhead]</w:t>
      </w:r>
    </w:p>
    <w:p>
      <w:pPr>
        <w:spacing w:after="100"/>
      </w:pPr>
      <w:r>
        <w:rPr>
          <w:sz w:val="20"/>
        </w:rPr>
        <w:t>Date: [day month year]     Reference: [institutional reference, if used]</w:t>
      </w:r>
    </w:p>
    <w:p>
      <w:pPr/>
      <w:r>
        <w:t>To the authority reviewing this qualification in Ecuador</w:t>
      </w:r>
    </w:p>
    <w:p>
      <w:pPr/>
      <w:r>
        <w:t>We confirm from the records of [legal name of awarding institution, country] that [graduate's full name], student number [number, if used], was awarded [exact qualification title] on [award date].</w:t>
      </w:r>
    </w:p>
    <w:p>
      <w:pPr/>
      <w:r>
        <w:t>The field or branch of knowledge corresponding to this qualification is [field, branch or equivalent academic area used by the institution]. The program is administered by [faculty, school or department] and principally covers [brief factual description of the discipline and curriculum].</w:t>
      </w:r>
    </w:p>
    <w:p>
      <w:pPr/>
      <w:r>
        <w:t>The basis for this classification is [approved program specification, curriculum, institutional classification or other identified record], version or date [reference].</w:t>
      </w:r>
    </w:p>
    <w:p>
      <w:pPr/>
      <w:r>
        <w:t>[Optional: If the institution uses ISCED, state the applicable ISCED version, field title and code, and the institutional basis for assigning it. If the institution does not use ISCED, omit this paragraph or explain that fact. Do not invent or infer a code.]</w:t>
      </w:r>
    </w:p>
    <w:p>
      <w:pPr/>
      <w:r>
        <w:t>Questions about the authenticity or content of this letter may be addressed to [responsible office] at [official institutional email] or [official telephone].</w:t>
      </w:r>
    </w:p>
    <w:p>
      <w:pPr>
        <w:keepLines/>
        <w:spacing w:before="140"/>
      </w:pPr>
      <w:r>
        <w:t>[Authorized signature]</w:t>
        <w:br/>
        <w:t>[Name and title of authorized official]</w:t>
        <w:br/>
        <w:t>[Office or department]</w:t>
        <w:br/>
        <w:t>[Official institutional email and telephone]</w:t>
      </w:r>
    </w:p>
    <w:p>
      <w:pPr>
        <w:spacing w:before="60"/>
      </w:pPr>
      <w:r>
        <w:rPr>
          <w:sz w:val="18"/>
        </w:rPr>
        <w:t>Use the institution's established field terminology. This draft does not assign a SENESCYT category or guarantee a recognition outcome.</w:t>
      </w:r>
    </w:p>
    <w:sectPr w:rsidR="00FC693F" w:rsidRPr="0006063C" w:rsidSect="00034616">
      <w:pgSz w:w="11909" w:h="16834"/>
      <w:pgMar w:top="1008"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Arial" w:hAnsi="Arial" w:eastAsia="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Theme="majorHAnsi" w:eastAsiaTheme="majorEastAsia" w:hAnsiTheme="majorHAnsi" w:cstheme="majorBidi" w:ascii="Arial" w:hAnsi="Arial" w:eastAsia="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contextualSpacing/>
    </w:pPr>
    <w:rPr>
      <w:rFonts w:asciiTheme="majorHAnsi" w:eastAsiaTheme="majorEastAsia" w:hAnsiTheme="majorHAnsi" w:cstheme="majorBidi" w:ascii="Arial" w:hAnsi="Arial" w:eastAsia="Arial"/>
      <w:b/>
      <w:color w:val="000000"/>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kern w:val="28"/>
      <w:sz w:val="52"/>
      <w:szCs w:val="52"/>
    </w:rPr>
  </w:style>
  <w:style w:type="paragraph" w:styleId="Subtitle">
    <w:name w:val="Subtitle"/>
    <w:basedOn w:val="Normal"/>
    <w:next w:val="Normal"/>
    <w:link w:val="SubtitleChar"/>
    <w:uiPriority w:val="11"/>
    <w:qFormat/>
    <w:rsid w:val="00FC693F"/>
    <w:pPr>
      <w:keepNext/>
      <w:numPr>
        <w:ilvl w:val="1"/>
      </w:numPr>
      <w:spacing w:after="200"/>
    </w:pPr>
    <w:rPr>
      <w:rFonts w:asciiTheme="majorHAnsi" w:eastAsiaTheme="majorEastAsia" w:hAnsiTheme="majorHAnsi" w:cstheme="majorBidi" w:ascii="Arial" w:hAnsi="Arial" w:eastAsia="Arial"/>
      <w:i w:val="0"/>
      <w:iCs/>
      <w:color w:val="000000"/>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4" w:lineRule="auto"/>
      <w:contextualSpacing/>
    </w:pPr>
    <w:rPr>
      <w:rFonts w:ascii="Arial" w:hAnsi="Arial" w:eastAsia="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u w:val="single"/>
    </w:rPr>
  </w:style>
  <w:style w:type="character" w:styleId="BookTitle">
    <w:name w:val="Book Title"/>
    <w:basedOn w:val="DefaultParagraphFont"/>
    <w:uiPriority w:val="33"/>
    <w:qFormat/>
    <w:rsid w:val="00FC693F"/>
    <w:rPr>
      <w:b/>
      <w:bCs/>
      <w:smallCaps/>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 of knowledge letter</dc:title>
  <dc:subject>Editable preparation templates for foreign degree recognition</dc:subject>
  <dc:creator>Ecuador SENESCYT</dc:creator>
  <cp:keywords>template, academic records, SENESCYT</cp:keywords>
  <dc:description>generated by python-docx</dc:description>
  <cp:lastModifiedBy>Ecuador SENESCYT</cp:lastModifiedBy>
  <cp:revision>1</cp:revision>
  <dcterms:created xsi:type="dcterms:W3CDTF">2026-09-09T00:00:00Z</dcterms:created>
  <dcterms:modified xsi:type="dcterms:W3CDTF">2026-09-09T00:00:00Z</dcterms:modified>
  <cp:category/>
</cp:coreProperties>
</file>