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Accreditation verification letter</w:t>
      </w:r>
    </w:p>
    <w:p>
      <w:pPr>
        <w:pStyle w:val="Subtitle"/>
      </w:pPr>
      <w:r>
        <w:t>Optional draft for the institution or competent issuing body</w:t>
      </w:r>
    </w:p>
    <w:p>
      <w:pPr>
        <w:spacing w:after="240"/>
      </w:pPr>
      <w:r>
        <w:rPr>
          <w:sz w:val="18"/>
        </w:rPr>
        <w:t>University instructions: Adapt and verify every statement against institutional records. Replace all brackets, remove unused clauses and these instructions, and issue on official letterhead with an authorized signature, date and official email for verification. The applicant must not self-certify this letter. Use only when this evidence is requested or needed to clarify status.</w:t>
      </w:r>
    </w:p>
    <w:p>
      <w:pPr>
        <w:spacing w:after="100"/>
      </w:pPr>
      <w:r>
        <w:rPr>
          <w:sz w:val="20"/>
        </w:rPr>
        <w:t>[Official letterhead of the institution or competent issuing body]</w:t>
      </w:r>
    </w:p>
    <w:p>
      <w:pPr>
        <w:spacing w:after="100"/>
      </w:pPr>
      <w:r>
        <w:rPr>
          <w:sz w:val="20"/>
        </w:rPr>
        <w:t>Date: [day month year]     Reference: [institutional reference, if used]</w:t>
      </w:r>
    </w:p>
    <w:p>
      <w:pPr/>
      <w:r>
        <w:t>To the authority reviewing this qualification in Ecuador</w:t>
      </w:r>
    </w:p>
    <w:p>
      <w:pPr/>
      <w:r>
        <w:t>We provide the following verified information about [legal name of awarding institution, country] and the qualification [exact qualification title], awarded to [graduate's full name] on [award date].</w:t>
      </w:r>
    </w:p>
    <w:p>
      <w:pPr/>
      <w:r>
        <w:t>The institution's legal authorization or official recognition is recorded by [competent national authority], under [register entry, decision or reference], effective [relevant dates]. Official verification is available at [authority's direct public record URL or verification contact].</w:t>
      </w:r>
    </w:p>
    <w:p>
      <w:pPr/>
      <w:r>
        <w:t>[If applicable and verified: Institutional accreditation was granted by [accrediting body], under [decision/reference], covering [scope, campus and modality where specified] for [relevant validity period]. State the status applicable at the time of the graduate's award.]</w:t>
      </w:r>
    </w:p>
    <w:p>
      <w:pPr/>
      <w:r>
        <w:t>[If applicable and verified: The specific program had [program accreditation, recognition or authorization status], issued by [competent body], under [decision/reference], for [scope and validity period]. If program accreditation does not apply, explain the relevant system and source; do not substitute institutional status for program status.]</w:t>
      </w:r>
    </w:p>
    <w:p>
      <w:pPr/>
      <w:r>
        <w:t>The evidence supporting these statements is [identify official records or attached extracts and their dates]. [Explain any changes of institutional name, status or accreditation relevant to this qualification.]</w:t>
      </w:r>
    </w:p>
    <w:p>
      <w:pPr/>
      <w:r>
        <w:t>This letter supplies factual evidence for assessment. It does not determine recognition in Ecuador or professional licensing eligibility.</w:t>
      </w:r>
    </w:p>
    <w:p>
      <w:pPr>
        <w:keepLines/>
        <w:spacing w:before="140"/>
      </w:pPr>
      <w:r>
        <w:t>[Authorized signature]</w:t>
        <w:br/>
        <w:t>[Name and title of authorized official]</w:t>
        <w:br/>
        <w:t>[Issuing office or competent body]</w:t>
        <w:br/>
        <w:t>[Official email and telephone for verification]</w:t>
      </w:r>
    </w:p>
    <w:sectPr w:rsidR="00FC693F" w:rsidRPr="0006063C" w:rsidSect="00034616">
      <w:pgSz w:w="11909" w:h="16834"/>
      <w:pgMar w:top="1008" w:right="1123" w:bottom="1008" w:left="112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widowControl/>
      <w:spacing w:after="140" w:line="259" w:lineRule="auto"/>
    </w:pPr>
    <w:rPr>
      <w:rFonts w:ascii="Arial" w:hAnsi="Arial" w:eastAsia="Arial"/>
      <w:color w:val="000000"/>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20" w:after="80"/>
      <w:outlineLvl w:val="0"/>
    </w:pPr>
    <w:rPr>
      <w:rFonts w:asciiTheme="majorHAnsi" w:eastAsiaTheme="majorEastAsia" w:hAnsiTheme="majorHAnsi" w:cstheme="majorBidi" w:ascii="Arial" w:hAnsi="Arial" w:eastAsia="Arial"/>
      <w:b/>
      <w:bCs/>
      <w:color w:val="000000"/>
      <w:sz w:val="22"/>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rial" w:hAnsi="Arial" w:eastAsia="Arial"/>
      <w:b/>
      <w:bCs/>
      <w:color w:val="000000"/>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100" w:line="240" w:lineRule="auto"/>
      <w:contextualSpacing/>
    </w:pPr>
    <w:rPr>
      <w:rFonts w:asciiTheme="majorHAnsi" w:eastAsiaTheme="majorEastAsia" w:hAnsiTheme="majorHAnsi" w:cstheme="majorBidi" w:ascii="Arial" w:hAnsi="Arial" w:eastAsia="Arial"/>
      <w:b/>
      <w:color w:val="000000"/>
      <w:kern w:val="28"/>
      <w:sz w:val="4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kern w:val="28"/>
      <w:sz w:val="52"/>
      <w:szCs w:val="52"/>
    </w:rPr>
  </w:style>
  <w:style w:type="paragraph" w:styleId="Subtitle">
    <w:name w:val="Subtitle"/>
    <w:basedOn w:val="Normal"/>
    <w:next w:val="Normal"/>
    <w:link w:val="SubtitleChar"/>
    <w:uiPriority w:val="11"/>
    <w:qFormat/>
    <w:rsid w:val="00FC693F"/>
    <w:pPr>
      <w:keepNext/>
      <w:numPr>
        <w:ilvl w:val="1"/>
      </w:numPr>
      <w:spacing w:after="200"/>
    </w:pPr>
    <w:rPr>
      <w:rFonts w:asciiTheme="majorHAnsi" w:eastAsiaTheme="majorEastAsia" w:hAnsiTheme="majorHAnsi" w:cstheme="majorBidi" w:ascii="Arial" w:hAnsi="Arial" w:eastAsia="Arial"/>
      <w:i w:val="0"/>
      <w:iCs/>
      <w:color w:val="000000"/>
      <w:sz w:val="21"/>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after="100" w:line="254" w:lineRule="auto"/>
      <w:contextualSpacing/>
    </w:pPr>
    <w:rPr>
      <w:rFonts w:ascii="Arial" w:hAnsi="Arial" w:eastAsia="Arial"/>
      <w:color w:val="000000"/>
    </w:r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u w:val="single"/>
    </w:rPr>
  </w:style>
  <w:style w:type="character" w:styleId="BookTitle">
    <w:name w:val="Book Title"/>
    <w:basedOn w:val="DefaultParagraphFont"/>
    <w:uiPriority w:val="33"/>
    <w:qFormat/>
    <w:rsid w:val="00FC693F"/>
    <w:rPr>
      <w:b/>
      <w:bCs/>
      <w:smallCaps/>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Accreditation verification letter</dc:title>
  <dc:subject>Editable preparation templates for foreign degree recognition</dc:subject>
  <dc:creator>Ecuador SENESCYT</dc:creator>
  <cp:keywords>template, academic records, SENESCYT</cp:keywords>
  <dc:description>generated by python-docx</dc:description>
  <cp:lastModifiedBy>Ecuador SENESCYT</cp:lastModifiedBy>
  <cp:revision>1</cp:revision>
  <dcterms:created xsi:type="dcterms:W3CDTF">2026-09-09T00:00:00Z</dcterms:created>
  <dcterms:modified xsi:type="dcterms:W3CDTF">2026-09-09T00:00:00Z</dcterms:modified>
  <cp:category/>
</cp:coreProperties>
</file>